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4. Элементы импульсной и цифровой техники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r>
        <w:rPr>
          <w:b/>
        </w:rPr>
        <w:t>1. Период</w:t>
      </w:r>
    </w:p>
    <w:p>
      <w:r>
        <w:t>Ответ: __________________________________________</w:t>
      </w:r>
    </w:p>
    <w:p>
      <w:r>
        <w:rPr>
          <w:b/>
        </w:rPr>
        <w:t>2. Частота</w:t>
      </w:r>
    </w:p>
    <w:p>
      <w:r>
        <w:t>Ответ: __________________________________________</w:t>
      </w:r>
    </w:p>
    <w:p>
      <w:r>
        <w:rPr>
          <w:b/>
        </w:rPr>
        <w:t>3. BJT-ключ</w:t>
      </w:r>
    </w:p>
    <w:p>
      <w:r>
        <w:t>Ответ: __________________________________________</w:t>
      </w:r>
    </w:p>
    <w:p>
      <w:r>
        <w:rPr>
          <w:b/>
        </w:rPr>
        <w:t>4. FET-ключ</w:t>
      </w:r>
    </w:p>
    <w:p>
      <w:r>
        <w:t>Ответ: __________________________________________</w:t>
      </w:r>
    </w:p>
    <w:p>
      <w:r>
        <w:rPr>
          <w:b/>
        </w:rPr>
        <w:t>5. Защита индуктивности</w:t>
      </w:r>
    </w:p>
    <w:p>
      <w:r>
        <w:t>Ответ: __________________________________________</w:t>
      </w:r>
    </w:p>
    <w:p>
      <w:r>
        <w:rPr>
          <w:b/>
        </w:rPr>
        <w:t>6. Компаратор</w:t>
      </w:r>
    </w:p>
    <w:p>
      <w:r>
        <w:t>Ответ: __________________________________________</w:t>
      </w:r>
    </w:p>
    <w:p>
      <w:r>
        <w:rPr>
          <w:b/>
        </w:rPr>
        <w:t>7. Мультивибратор</w:t>
      </w:r>
    </w:p>
    <w:p>
      <w:r>
        <w:t>Ответ: __________________________________________</w:t>
      </w:r>
    </w:p>
    <w:p>
      <w:r>
        <w:rPr>
          <w:b/>
        </w:rPr>
        <w:t>8. ТТЛ</w:t>
      </w:r>
    </w:p>
    <w:p>
      <w:r>
        <w:t>Ответ: __________________________________________</w:t>
      </w:r>
    </w:p>
    <w:p>
      <w:r>
        <w:rPr>
          <w:b/>
        </w:rPr>
        <w:t>9. КМОП</w:t>
      </w:r>
    </w:p>
    <w:p>
      <w:r>
        <w:t>Ответ: __________________________________________</w:t>
      </w:r>
    </w:p>
    <w:p>
      <w:r>
        <w:rPr>
          <w:b/>
        </w:rPr>
        <w:t>10. Комбинационная схема</w:t>
      </w:r>
    </w:p>
    <w:p>
      <w:r>
        <w:t>Ответ: __________________________________________</w:t>
      </w:r>
    </w:p>
    <w:p>
      <w:r>
        <w:rPr>
          <w:b/>
        </w:rPr>
        <w:t>11. Последовательностная схема</w:t>
      </w:r>
    </w:p>
    <w:p>
      <w:r>
        <w:t>Ответ: __________________________________________</w:t>
      </w:r>
    </w:p>
    <w:p>
      <w:r>
        <w:rPr>
          <w:b/>
        </w:rPr>
        <w:t>12. Триггер</w:t>
      </w:r>
    </w:p>
    <w:p>
      <w:r>
        <w:t>Ответ: __________________________________________</w:t>
      </w:r>
    </w:p>
    <w:p>
      <w:r>
        <w:rPr>
          <w:b/>
        </w:rPr>
        <w:t>13. Регистр</w:t>
      </w:r>
    </w:p>
    <w:p>
      <w:r>
        <w:t>Ответ: __________________________________________</w:t>
      </w:r>
    </w:p>
    <w:p>
      <w:r>
        <w:rPr>
          <w:b/>
        </w:rPr>
        <w:t>14. Счётчик</w:t>
      </w:r>
    </w:p>
    <w:p>
      <w:r>
        <w:t>Ответ: 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pPr>
        <w:pStyle w:val="ListBullet"/>
      </w:pPr>
      <w:r>
        <w:t>1. Период: время повторения формы сигнала.</w:t>
      </w:r>
    </w:p>
    <w:p>
      <w:pPr>
        <w:pStyle w:val="ListBullet"/>
      </w:pPr>
      <w:r>
        <w:t>2. Частота: обратна периоду.</w:t>
      </w:r>
    </w:p>
    <w:p>
      <w:pPr>
        <w:pStyle w:val="ListBullet"/>
      </w:pPr>
      <w:r>
        <w:t>3. BJT-ключ: отсечка и насыщение.</w:t>
      </w:r>
    </w:p>
    <w:p>
      <w:pPr>
        <w:pStyle w:val="ListBullet"/>
      </w:pPr>
      <w:r>
        <w:t>4. FET-ключ: управление напряжением затвора.</w:t>
      </w:r>
    </w:p>
    <w:p>
      <w:pPr>
        <w:pStyle w:val="ListBullet"/>
      </w:pPr>
      <w:r>
        <w:t>5. Защита индуктивности: ограничивает перенапряжение.</w:t>
      </w:r>
    </w:p>
    <w:p>
      <w:pPr>
        <w:pStyle w:val="ListBullet"/>
      </w:pPr>
      <w:r>
        <w:t>6. Компаратор: сравнивает два уровня.</w:t>
      </w:r>
    </w:p>
    <w:p>
      <w:pPr>
        <w:pStyle w:val="ListBullet"/>
      </w:pPr>
      <w:r>
        <w:t>7. Мультивибратор: формирует импульсы.</w:t>
      </w:r>
    </w:p>
    <w:p>
      <w:pPr>
        <w:pStyle w:val="ListBullet"/>
      </w:pPr>
      <w:r>
        <w:t>8. ТТЛ: биполярные структуры.</w:t>
      </w:r>
    </w:p>
    <w:p>
      <w:pPr>
        <w:pStyle w:val="ListBullet"/>
      </w:pPr>
      <w:r>
        <w:t>9. КМОП: комплементарные MOS.</w:t>
      </w:r>
    </w:p>
    <w:p>
      <w:pPr>
        <w:pStyle w:val="ListBullet"/>
      </w:pPr>
      <w:r>
        <w:t>10. Комбинационная схема: нет памяти прошлого состояния.</w:t>
      </w:r>
    </w:p>
    <w:p>
      <w:pPr>
        <w:pStyle w:val="ListBullet"/>
      </w:pPr>
      <w:r>
        <w:t>11. Последовательностная схема: имеет внутреннее состояние.</w:t>
      </w:r>
    </w:p>
    <w:p>
      <w:pPr>
        <w:pStyle w:val="ListBullet"/>
      </w:pPr>
      <w:r>
        <w:t>12. Триггер: хранит состояние.</w:t>
      </w:r>
    </w:p>
    <w:p>
      <w:pPr>
        <w:pStyle w:val="ListBullet"/>
      </w:pPr>
      <w:r>
        <w:t>13. Регистр: хранит группу бит.</w:t>
      </w:r>
    </w:p>
    <w:p>
      <w:pPr>
        <w:pStyle w:val="ListBullet"/>
      </w:pPr>
      <w:r>
        <w:t>14. Счётчик: изменяет код по тактам.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