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4. Элементы импульсной и цифровой техники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2"/>
      </w:pPr>
      <w:r>
        <w:t>Карточка 1</w:t>
      </w:r>
    </w:p>
    <w:p>
      <w:r>
        <w:t>Какие параметры характеризуют импульс?</w:t>
      </w:r>
    </w:p>
    <w:p>
      <w:r>
        <w:t>Ответ: __________________________________________</w:t>
      </w:r>
    </w:p>
    <w:p>
      <w:pPr>
        <w:pStyle w:val="Heading2"/>
      </w:pPr>
      <w:r>
        <w:t>Карточка 2</w:t>
      </w:r>
    </w:p>
    <w:p>
      <w:r>
        <w:t>Какие режимы BJT используют как ключ?</w:t>
      </w:r>
    </w:p>
    <w:p>
      <w:r>
        <w:t>Ответ: __________________________________________</w:t>
      </w:r>
    </w:p>
    <w:p>
      <w:pPr>
        <w:pStyle w:val="Heading2"/>
      </w:pPr>
      <w:r>
        <w:t>Карточка 3</w:t>
      </w:r>
    </w:p>
    <w:p>
      <w:r>
        <w:t>Как управляется FET?</w:t>
      </w:r>
    </w:p>
    <w:p>
      <w:r>
        <w:t>Ответ: __________________________________________</w:t>
      </w:r>
    </w:p>
    <w:p>
      <w:pPr>
        <w:pStyle w:val="Heading2"/>
      </w:pPr>
      <w:r>
        <w:t>Карточка 4</w:t>
      </w:r>
    </w:p>
    <w:p>
      <w:r>
        <w:t>Зачем защита индуктивной нагрузки?</w:t>
      </w:r>
    </w:p>
    <w:p>
      <w:r>
        <w:t>Ответ: __________________________________________</w:t>
      </w:r>
    </w:p>
    <w:p>
      <w:pPr>
        <w:pStyle w:val="Heading2"/>
      </w:pPr>
      <w:r>
        <w:t>Карточка 5</w:t>
      </w:r>
    </w:p>
    <w:p>
      <w:r>
        <w:t>Что делает компаратор?</w:t>
      </w:r>
    </w:p>
    <w:p>
      <w:r>
        <w:t>Ответ: __________________________________________</w:t>
      </w:r>
    </w:p>
    <w:p>
      <w:pPr>
        <w:pStyle w:val="Heading2"/>
      </w:pPr>
      <w:r>
        <w:t>Карточка 6</w:t>
      </w:r>
    </w:p>
    <w:p>
      <w:r>
        <w:t>Для чего мультивибратор?</w:t>
      </w:r>
    </w:p>
    <w:p>
      <w:r>
        <w:t>Ответ: __________________________________________</w:t>
      </w:r>
    </w:p>
    <w:p>
      <w:pPr>
        <w:pStyle w:val="Heading2"/>
      </w:pPr>
      <w:r>
        <w:t>Карточка 7</w:t>
      </w:r>
    </w:p>
    <w:p>
      <w:r>
        <w:t>На чём построена ТТЛ?</w:t>
      </w:r>
    </w:p>
    <w:p>
      <w:r>
        <w:t>Ответ: __________________________________________</w:t>
      </w:r>
    </w:p>
    <w:p>
      <w:pPr>
        <w:pStyle w:val="Heading2"/>
      </w:pPr>
      <w:r>
        <w:t>Карточка 8</w:t>
      </w:r>
    </w:p>
    <w:p>
      <w:r>
        <w:t>Что используется в КМОП?</w:t>
      </w:r>
    </w:p>
    <w:p>
      <w:r>
        <w:t>Ответ: __________________________________________</w:t>
      </w:r>
    </w:p>
    <w:p>
      <w:pPr>
        <w:pStyle w:val="Heading2"/>
      </w:pPr>
      <w:r>
        <w:t>Карточка 9</w:t>
      </w:r>
    </w:p>
    <w:p>
      <w:r>
        <w:t>Что делает сумматор?</w:t>
      </w:r>
    </w:p>
    <w:p>
      <w:r>
        <w:t>Ответ: __________________________________________</w:t>
      </w:r>
    </w:p>
    <w:p>
      <w:pPr>
        <w:pStyle w:val="Heading2"/>
      </w:pPr>
      <w:r>
        <w:t>Карточка 10</w:t>
      </w:r>
    </w:p>
    <w:p>
      <w:r>
        <w:t>Что делает дешифратор?</w:t>
      </w:r>
    </w:p>
    <w:p>
      <w:r>
        <w:t>Ответ: __________________________________________</w:t>
      </w:r>
    </w:p>
    <w:p>
      <w:pPr>
        <w:pStyle w:val="Heading2"/>
      </w:pPr>
      <w:r>
        <w:t>Карточка 11</w:t>
      </w:r>
    </w:p>
    <w:p>
      <w:r>
        <w:t>Что делает мультиплексор?</w:t>
      </w:r>
    </w:p>
    <w:p>
      <w:r>
        <w:t>Ответ: __________________________________________</w:t>
      </w:r>
    </w:p>
    <w:p>
      <w:pPr>
        <w:pStyle w:val="Heading2"/>
      </w:pPr>
      <w:r>
        <w:t>Карточка 12</w:t>
      </w:r>
    </w:p>
    <w:p>
      <w:r>
        <w:t>Почему триггер имеет память?</w:t>
      </w:r>
    </w:p>
    <w:p>
      <w:r>
        <w:t>Ответ: __________________________________________</w:t>
      </w:r>
    </w:p>
    <w:p>
      <w:pPr>
        <w:pStyle w:val="Heading2"/>
      </w:pPr>
      <w:r>
        <w:t>Карточка 13</w:t>
      </w:r>
    </w:p>
    <w:p>
      <w:r>
        <w:t>Для чего регистр?</w:t>
      </w:r>
    </w:p>
    <w:p>
      <w:r>
        <w:t>Ответ: __________________________________________</w:t>
      </w:r>
    </w:p>
    <w:p>
      <w:pPr>
        <w:pStyle w:val="Heading2"/>
      </w:pPr>
      <w:r>
        <w:t>Карточка 14</w:t>
      </w:r>
    </w:p>
    <w:p>
      <w:r>
        <w:t>Как работает счётчик?</w:t>
      </w:r>
    </w:p>
    <w:p>
      <w:r>
        <w:t>Ответ: __________________________________________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