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r>
        <w:t>Ф.И.О.: ____________________________________________   Дата: ______________</w:t>
      </w:r>
    </w:p>
    <w:p>
      <w:pPr>
        <w:pStyle w:val="Heading1"/>
      </w:pPr>
      <w:r>
        <w:t>1. Структура источника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Однофазный выпрямитель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Трёхфазный выпрямитель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Тиристорный выпрямитель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Сглаживающие фильтры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Параметрический стабилизатор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Простейший расчёт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8. Компенсационный стабилизатор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9. Импульсный стабилизатор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10. Результаты тренажёра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