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2"/>
      </w:pPr>
      <w:r>
        <w:t>1. Выпрямитель преобразует</w:t>
      </w:r>
    </w:p>
    <w:p>
      <w:r>
        <w:t>Ответ: ______________________________________________</w:t>
      </w:r>
    </w:p>
    <w:p>
      <w:pPr>
        <w:pStyle w:val="Heading2"/>
      </w:pPr>
      <w:r>
        <w:t>2. Диодный мост</w:t>
      </w:r>
    </w:p>
    <w:p>
      <w:r>
        <w:t>Ответ: ______________________________________________</w:t>
      </w:r>
    </w:p>
    <w:p>
      <w:pPr>
        <w:pStyle w:val="Heading2"/>
      </w:pPr>
      <w:r>
        <w:t>3. Тиристорный выпрямитель</w:t>
      </w:r>
    </w:p>
    <w:p>
      <w:r>
        <w:t>Ответ: ______________________________________________</w:t>
      </w:r>
    </w:p>
    <w:p>
      <w:pPr>
        <w:pStyle w:val="Heading2"/>
      </w:pPr>
      <w:r>
        <w:t>4. Сглаживающий фильтр</w:t>
      </w:r>
    </w:p>
    <w:p>
      <w:r>
        <w:t>Ответ: ______________________________________________</w:t>
      </w:r>
    </w:p>
    <w:p>
      <w:pPr>
        <w:pStyle w:val="Heading2"/>
      </w:pPr>
      <w:r>
        <w:t>5. Увеличение C</w:t>
      </w:r>
    </w:p>
    <w:p>
      <w:r>
        <w:t>Ответ: ______________________________________________</w:t>
      </w:r>
    </w:p>
    <w:p>
      <w:pPr>
        <w:pStyle w:val="Heading2"/>
      </w:pPr>
      <w:r>
        <w:t>6. Увеличение тока нагрузки</w:t>
      </w:r>
    </w:p>
    <w:p>
      <w:r>
        <w:t>Ответ: ______________________________________________</w:t>
      </w:r>
    </w:p>
    <w:p>
      <w:pPr>
        <w:pStyle w:val="Heading2"/>
      </w:pPr>
      <w:r>
        <w:t>7. Стабилитрон</w:t>
      </w:r>
    </w:p>
    <w:p>
      <w:r>
        <w:t>Ответ: ______________________________________________</w:t>
      </w:r>
    </w:p>
    <w:p>
      <w:pPr>
        <w:pStyle w:val="Heading2"/>
      </w:pPr>
      <w:r>
        <w:t>8. Последовательный резистор</w:t>
      </w:r>
    </w:p>
    <w:p>
      <w:r>
        <w:t>Ответ: ______________________________________________</w:t>
      </w:r>
    </w:p>
    <w:p>
      <w:pPr>
        <w:pStyle w:val="Heading2"/>
      </w:pPr>
      <w:r>
        <w:t>9. Компенсационный стабилизатор</w:t>
      </w:r>
    </w:p>
    <w:p>
      <w:r>
        <w:t>Ответ: ______________________________________________</w:t>
      </w:r>
    </w:p>
    <w:p>
      <w:pPr>
        <w:pStyle w:val="Heading2"/>
      </w:pPr>
      <w:r>
        <w:t>10. Импульсный стабилизатор</w:t>
      </w:r>
    </w:p>
    <w:p>
      <w:r>
        <w:t>Ответ: ______________________________________________</w:t>
      </w:r>
    </w:p>
    <w:p>
      <w:pPr>
        <w:pStyle w:val="Heading2"/>
      </w:pPr>
      <w:r>
        <w:t>11. Диагностика</w:t>
      </w:r>
    </w:p>
    <w:p>
      <w:r>
        <w:t>Ответ: ______________________________________________</w:t>
      </w:r>
    </w:p>
    <w:p>
      <w:pPr>
        <w:pStyle w:val="Heading2"/>
      </w:pPr>
      <w:r>
        <w:t>12. ЛПЗ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Выпрямитель преобразует: переменное напряжение в пульсирующее постоянное.</w:t>
      </w:r>
    </w:p>
    <w:p>
      <w:r>
        <w:t>2. Диодный мост: использует обе полуволны однофазного входа.</w:t>
      </w:r>
    </w:p>
    <w:p>
      <w:r>
        <w:t>3. Тиристорный выпрямитель: позволяет управлять средним выходом моментом открытия.</w:t>
      </w:r>
    </w:p>
    <w:p>
      <w:r>
        <w:t>4. Сглаживающий фильтр: уменьшает переменную составляющую после выпрямления.</w:t>
      </w:r>
    </w:p>
    <w:p>
      <w:r>
        <w:t>5. Увеличение C: обычно уменьшает пульсации при прочих равных.</w:t>
      </w:r>
    </w:p>
    <w:p>
      <w:r>
        <w:t>6. Увеличение тока нагрузки: обычно увеличивает пульсации при прочих равных.</w:t>
      </w:r>
    </w:p>
    <w:p>
      <w:r>
        <w:t>7. Стабилитрон: работает в области стабилизации при ограниченном токе.</w:t>
      </w:r>
    </w:p>
    <w:p>
      <w:r>
        <w:t>8. Последовательный резистор: ограничивает ток и создаёт падение напряжения.</w:t>
      </w:r>
    </w:p>
    <w:p>
      <w:r>
        <w:t>9. Компенсационный стабилизатор: использует регулирующий элемент и обратную связь.</w:t>
      </w:r>
    </w:p>
    <w:p>
      <w:r>
        <w:t>10. Импульсный стабилизатор: регулирует передачу энергии ключевым режимом.</w:t>
      </w:r>
    </w:p>
    <w:p>
      <w:r>
        <w:t>11. Диагностика: ведётся по контрольным точкам от входа к нагрузке.</w:t>
      </w:r>
    </w:p>
    <w:p>
      <w:r>
        <w:t>12. ЛПЗ: включает выпрямители, стабилизаторы и тиристорное управление.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