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1. Полупроводниковые приборы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r>
        <w:t>Ф.И.О.: ____________________________________________   Дата: ______________</w:t>
      </w:r>
    </w:p>
    <w:p>
      <w:pPr>
        <w:pStyle w:val="Heading1"/>
      </w:pPr>
      <w:r>
        <w:t>1. Полупроводник и примеси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2. Диоды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3. Стабилитроны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4. Диоды Шоттки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5. Тиристоры и симисторы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6. Биполярные транзисторы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7. Полевые транзисторы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8. МДП-транзисторы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9. Оптоэлектронные приборы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10. Результаты ЛПЗ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