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Программа и сценарий занятия</w:t>
      </w:r>
    </w:p>
    <w:p>
      <w:pPr>
        <w:jc w:val="center"/>
      </w:pPr>
      <w:r>
        <w:rPr>
          <w:b/>
        </w:rPr>
        <w:t>ОП.06 «Промышленная электроника»</w:t>
      </w:r>
    </w:p>
    <w:p>
      <w:pPr>
        <w:jc w:val="center"/>
      </w:pPr>
      <w:r>
        <w:rPr>
          <w:b/>
        </w:rPr>
        <w:t>Тема 1. Полупроводниковые приборы</w:t>
      </w:r>
    </w:p>
    <w:p>
      <w:pPr>
        <w:jc w:val="center"/>
      </w:pPr>
      <w:r>
        <w:rPr>
          <w:i/>
        </w:rPr>
        <w:t>1 ч теории + 1 ч ЛПЗ</w:t>
      </w:r>
    </w:p>
    <w:p>
      <w:pPr>
        <w:jc w:val="center"/>
      </w:pPr>
      <w:r>
        <w:t>2 академических часа: 1 ч лекции + 1 ч ЛПЗ</w:t>
        <w:br/>
        <w:t>КУПД «Слесарь по КИПиА» от 21.04.2026 № УПД-15</w:t>
      </w:r>
    </w:p>
    <w:p>
      <w:pPr>
        <w:pStyle w:val="Heading1"/>
      </w:pPr>
      <w:r>
        <w:t>Цель</w:t>
      </w:r>
    </w:p>
    <w:p>
      <w:r>
        <w:t>Сформировать системное представление о основных полупроводниковых приборах, их устройстве, принципах работы, характеристиках и правилах учебной проверки.</w:t>
      </w:r>
    </w:p>
    <w:p>
      <w:pPr>
        <w:pStyle w:val="Heading1"/>
      </w:pPr>
      <w:r>
        <w:t>Теоретические вопросы по КУПД</w:t>
      </w:r>
    </w:p>
    <w:p>
      <w:pPr>
        <w:pStyle w:val="ListBullet"/>
      </w:pPr>
      <w:r>
        <w:t>Структура полупроводника, донорные и акцепторные примеси.</w:t>
      </w:r>
    </w:p>
    <w:p>
      <w:pPr>
        <w:pStyle w:val="ListBullet"/>
      </w:pPr>
      <w:r>
        <w:t>Полупроводниковые диоды: принцип действия и характеристики.</w:t>
      </w:r>
    </w:p>
    <w:p>
      <w:pPr>
        <w:pStyle w:val="ListBullet"/>
      </w:pPr>
      <w:r>
        <w:t>Стабилитроны: устройство, ВАХ, типы, характеристики и правила проверки.</w:t>
      </w:r>
    </w:p>
    <w:p>
      <w:pPr>
        <w:pStyle w:val="ListBullet"/>
      </w:pPr>
      <w:r>
        <w:t>Диоды Шоттки: отличительные особенности и характеристики.</w:t>
      </w:r>
    </w:p>
    <w:p>
      <w:pPr>
        <w:pStyle w:val="ListBullet"/>
      </w:pPr>
      <w:r>
        <w:t>Диодный и триодный тиристоры; симисторы; параметры тиристоров.</w:t>
      </w:r>
    </w:p>
    <w:p>
      <w:pPr>
        <w:pStyle w:val="ListBullet"/>
      </w:pPr>
      <w:r>
        <w:t>Биполярный транзистор: устройство, схемы включения, режимы, характеристики и проверка.</w:t>
      </w:r>
    </w:p>
    <w:p>
      <w:pPr>
        <w:pStyle w:val="ListBullet"/>
      </w:pPr>
      <w:r>
        <w:t>Полевой транзистор с управляющим p-n-переходом.</w:t>
      </w:r>
    </w:p>
    <w:p>
      <w:pPr>
        <w:pStyle w:val="ListBullet"/>
      </w:pPr>
      <w:r>
        <w:t>МДП-транзисторы с индуцированным и встроенным каналом; сравнение с биполярными.</w:t>
      </w:r>
    </w:p>
    <w:p>
      <w:pPr>
        <w:pStyle w:val="ListBullet"/>
      </w:pPr>
      <w:r>
        <w:t>Светодиоды, фоторезисторы, фотодиоды, фототранзисторы, оптроны.</w:t>
      </w:r>
    </w:p>
    <w:p>
      <w:pPr>
        <w:pStyle w:val="Heading1"/>
      </w:pPr>
      <w:r>
        <w:t>ЛПЗ по КУПД</w:t>
      </w:r>
    </w:p>
    <w:p>
      <w:pPr>
        <w:pStyle w:val="ListNumber"/>
      </w:pPr>
      <w:r>
        <w:t>Выпрямительные диоды, диоды Шоттки, стабилитроны и светодиоды.</w:t>
      </w:r>
    </w:p>
    <w:p>
      <w:pPr>
        <w:pStyle w:val="ListNumber"/>
      </w:pPr>
      <w:r>
        <w:t>Тиристоры: обычные (асимметричные), симметричные и запираемые.</w:t>
      </w:r>
    </w:p>
    <w:p>
      <w:pPr>
        <w:pStyle w:val="ListNumber"/>
      </w:pPr>
      <w:r>
        <w:t>Оптоэлектронные приборы: оптодиод, оптотранзистор и оптосимистор.</w:t>
      </w:r>
    </w:p>
    <w:p>
      <w:pPr>
        <w:pStyle w:val="Heading1"/>
      </w:pPr>
      <w:r>
        <w:t>Тренажёр</w:t>
      </w:r>
    </w:p>
    <w:p>
      <w:r>
        <w:t>Дополнительно используется существующий тренажёр: /op06_industrial_electronics.php?lab=semiconductors.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