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2. Качество измерений и способы его достижения</w:t>
      </w:r>
    </w:p>
    <w:p>
      <w:pPr>
        <w:jc w:val="center"/>
      </w:pPr>
      <w:r>
        <w:t>По строке КУПД: всего 2 ч; лекции 0,5 ч; ЛПЗ 1 ч</w:t>
        <w:br/>
        <w:t>КУПД «Слесарь по КИПиА» от 21.04.2026 № УПД-15</w:t>
      </w:r>
    </w:p>
    <w:p>
      <w:pPr>
        <w:pStyle w:val="Heading2"/>
      </w:pPr>
      <w:r>
        <w:t>Карточка 1. Основные и производные величины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2. Качественная и количественная характеристика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3. Единица физической величины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4. Роль эталона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5. Передача размера единицы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6. Поверочная схема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7. Стандартный образец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8. Классификация измерений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9. Качество измерений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10. Метод и методика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11. Контроль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12. Проверка измерительного инструмента</w:t>
      </w:r>
    </w:p>
    <w:p>
      <w:r>
        <w:t>Объясните понятие и приведите пример в контексте измерительной работы.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