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Итоговый отчёт по модулю 3.1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r>
        <w:t>Ф.И.О.: _______________________________________________    Дата: __________________</w:t>
      </w:r>
    </w:p>
    <w:p>
      <w:pPr>
        <w:pStyle w:val="Heading1"/>
      </w:pPr>
      <w:r>
        <w:t>Занятие 1. Роль руководителя работ и организация бригад/звеньев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2. Качество, бережное отношение к оборудованию и ресурсам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3. Ознакомление исполнителя с рабочим местом и безопасными приемами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4. Планирование работ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5. Расстановка исполнителей и выдача заданий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6. Организация контроля качества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7. Передовой опыт, наставничество и производственная обратная связь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8. Обязанности работников ОПО и целевые инструктажи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9. Документация участка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10. Планирование действий в нестандартных ситуациях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11. Охрана труда, эксплуатация, ПУЭ, пожарная безопасность, санитария и первая помощь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Занятие 12. План ликвидации аварий и итоговая организация работ</w:t>
      </w:r>
    </w:p>
    <w:p>
      <w:r>
        <w:t>Ключевые положения: ______________________________________________________________________</w:t>
        <w:br/>
        <w:t>____________________________________________________________________________________________</w:t>
      </w:r>
    </w:p>
    <w:p>
      <w:r>
        <w:t>Решённый производственный кейс / практическое действие: _____________________________________</w:t>
        <w:br/>
        <w:t>____________________________________________________________________________________________</w:t>
      </w:r>
    </w:p>
    <w:p>
      <w:r>
        <w:t>Вывод: _____________________________________________________________________________________</w:t>
        <w:br/>
        <w:t>____________________________________________________________________________________________</w:t>
      </w:r>
    </w:p>
    <w:p>
      <w:pPr>
        <w:pStyle w:val="Heading1"/>
      </w:pPr>
      <w:r>
        <w:t>Итоговый вывод по модулю</w:t>
      </w:r>
    </w:p>
    <w:p>
      <w:r>
        <w:t>____________________________________________________________________________________________</w:t>
        <w:br/>
        <w:t>____________________________________________________________________________________________</w:t>
        <w:br/>
        <w:t>____________________________________________________________________________________________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