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Тема 2.6. Промышленные сети и интерфейсы</w:t>
      </w:r>
    </w:p>
    <w:p>
      <w:pPr>
        <w:jc w:val="center"/>
      </w:pPr>
      <w:r>
        <w:rPr>
          <w:i/>
        </w:rPr>
        <w:t>ЛПЗ по теме 2.6</w:t>
      </w:r>
    </w:p>
    <w:p>
      <w:pPr>
        <w:jc w:val="center"/>
      </w:pPr>
      <w:r>
        <w:t>КУПД «Слесарь по КИПиА» от 21.04.2026 № УПД-15</w:t>
      </w:r>
    </w:p>
    <w:p>
      <w:r>
        <w:t>Ф.И.О.: ______________________________________________     Дата: __________________</w:t>
      </w:r>
    </w:p>
    <w:p>
      <w:pPr>
        <w:pStyle w:val="Heading1"/>
      </w:pPr>
      <w:r>
        <w:t>1. RS-232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2. Асинхронный кадр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3. RS-485 и терминация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4. Modbus RTU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5. HART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6. Ethernet / оптоволокно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7. Диагностика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8. Работа в АОС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