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Тема 2.5. Основы автоматического регулирования</w:t>
      </w:r>
    </w:p>
    <w:p>
      <w:pPr>
        <w:jc w:val="center"/>
      </w:pPr>
      <w:r>
        <w:rPr>
          <w:i/>
        </w:rPr>
        <w:t>ЛПЗ по теме 2.5</w:t>
      </w:r>
    </w:p>
    <w:p>
      <w:pPr>
        <w:jc w:val="center"/>
      </w:pPr>
      <w:r>
        <w:t>КУПД «Слесарь по КИПиА» от 21.04.2026 № УПД-15</w:t>
      </w:r>
    </w:p>
    <w:p>
      <w:r>
        <w:t>Ф.И.О.: ______________________________________________     Дата: __________________</w:t>
      </w:r>
    </w:p>
    <w:p>
      <w:pPr>
        <w:pStyle w:val="Heading1"/>
      </w:pPr>
      <w:r>
        <w:t>1. Функциональная схема САР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2. Кривая разгона объекта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3. Показатели качества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4. Сравнение П/ПИ/ПИД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5. Выбор закона регулирования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6. Диагностика контура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7. Работа в АОС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