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rPr>
          <w:i/>
        </w:rPr>
        <w:t>Основы автоматического регулирования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Карточка 1. САР</w:t>
      </w:r>
    </w:p>
    <w:p>
      <w:r>
        <w:t>Назвать основные элементы типовой замкнутой САР и объяснить назначение обратной связи.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2. Принципы регулирования</w:t>
      </w:r>
    </w:p>
    <w:p>
      <w:r>
        <w:t>Чем регулирование по возмущению отличается от регулирования по отклонению?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3. Объект</w:t>
      </w:r>
    </w:p>
    <w:p>
      <w:r>
        <w:t>Что показывает кривая разгона объекта?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4. Самовыравнивание</w:t>
      </w:r>
    </w:p>
    <w:p>
      <w:r>
        <w:t>Объяснить физический смысл самовыравнивания.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5. Динамические звенья</w:t>
      </w:r>
    </w:p>
    <w:p>
      <w:r>
        <w:t>Назвать типовые динамические звенья, указанные в программе.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6. Виды САР</w:t>
      </w:r>
    </w:p>
    <w:p>
      <w:r>
        <w:t>Сравнить стабилизирующую, программную, следящую и адаптивную системы.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7. Качество</w:t>
      </w:r>
    </w:p>
    <w:p>
      <w:r>
        <w:t>Что означают статическая ошибка, перерегулирование и время регулирования?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8. П-регулятор</w:t>
      </w:r>
    </w:p>
    <w:p>
      <w:r>
        <w:t>Почему П-регулятор может оставлять статическую ошибку?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9. ПД-регулятор</w:t>
      </w:r>
    </w:p>
    <w:p>
      <w:r>
        <w:t>Как производная составляющая влияет на реакцию на быстрое изменение ошибки?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10. И-регулятор</w:t>
      </w:r>
    </w:p>
    <w:p>
      <w:r>
        <w:t>Какое свойство интегральной составляющей позволяет устранять устойчивую ошибку?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11. ПИ</w:t>
      </w:r>
    </w:p>
    <w:p>
      <w:r>
        <w:t>Почему ПИ-регулятор широко применяется в технологических контурах?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12. ПИД</w:t>
      </w:r>
    </w:p>
    <w:p>
      <w:r>
        <w:t>Какие три составляющие объединяет ПИД-регулятор?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13. Позиционный</w:t>
      </w:r>
    </w:p>
    <w:p>
      <w:r>
        <w:t>Привести пример двухпозиционного регулирования.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14. Диагностика</w:t>
      </w:r>
    </w:p>
    <w:p>
      <w:r>
        <w:t>Контур колеблется после изменения настройки. Какие элементы и параметры необходимо проверить?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