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Тема 2.4. Системы управления на базе микроконтроллеров</w:t>
      </w:r>
    </w:p>
    <w:p>
      <w:pPr>
        <w:jc w:val="center"/>
      </w:pPr>
      <w:r>
        <w:rPr>
          <w:i/>
        </w:rPr>
        <w:t>ЛПЗ по теме 2.4</w:t>
      </w:r>
    </w:p>
    <w:p>
      <w:pPr>
        <w:jc w:val="center"/>
      </w:pPr>
      <w:r>
        <w:t>КУПД «Слесарь по КИПиА» от 21.04.2026 № УПД-15</w:t>
      </w:r>
    </w:p>
    <w:p>
      <w:r>
        <w:t>Ф.И.О.: ____________________________________________    Дата: ________________</w:t>
      </w:r>
    </w:p>
    <w:p>
      <w:pPr>
        <w:pStyle w:val="Heading1"/>
      </w:pPr>
      <w:r>
        <w:t>1. Порты ввода/вывода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2. Таймер T0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Прерывания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4. АЦП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5. SPI / USART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6. Фрагмент C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7. АОС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