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Тема 2.4. Системы управления на базе микроконтроллеров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2"/>
      </w:pPr>
      <w:r>
        <w:t>1. Flash?</w:t>
      </w:r>
    </w:p>
    <w:p>
      <w:r>
        <w:t>Ответ: _________________________________________________</w:t>
      </w:r>
    </w:p>
    <w:p>
      <w:pPr>
        <w:pStyle w:val="Heading2"/>
      </w:pPr>
      <w:r>
        <w:t>2. SRAM?</w:t>
      </w:r>
    </w:p>
    <w:p>
      <w:r>
        <w:t>Ответ: _________________________________________________</w:t>
      </w:r>
    </w:p>
    <w:p>
      <w:pPr>
        <w:pStyle w:val="Heading2"/>
      </w:pPr>
      <w:r>
        <w:t>3. EEPROM?</w:t>
      </w:r>
    </w:p>
    <w:p>
      <w:r>
        <w:t>Ответ: _________________________________________________</w:t>
      </w:r>
    </w:p>
    <w:p>
      <w:pPr>
        <w:pStyle w:val="Heading2"/>
      </w:pPr>
      <w:r>
        <w:t>4. DDRx?</w:t>
      </w:r>
    </w:p>
    <w:p>
      <w:r>
        <w:t>Ответ: _________________________________________________</w:t>
      </w:r>
    </w:p>
    <w:p>
      <w:pPr>
        <w:pStyle w:val="Heading2"/>
      </w:pPr>
      <w:r>
        <w:t>5. PINx?</w:t>
      </w:r>
    </w:p>
    <w:p>
      <w:r>
        <w:t>Ответ: _________________________________________________</w:t>
      </w:r>
    </w:p>
    <w:p>
      <w:pPr>
        <w:pStyle w:val="Heading2"/>
      </w:pPr>
      <w:r>
        <w:t>6. T1?</w:t>
      </w:r>
    </w:p>
    <w:p>
      <w:r>
        <w:t>Ответ: _________________________________________________</w:t>
      </w:r>
    </w:p>
    <w:p>
      <w:pPr>
        <w:pStyle w:val="Heading2"/>
      </w:pPr>
      <w:r>
        <w:t>7. Watchdog?</w:t>
      </w:r>
    </w:p>
    <w:p>
      <w:r>
        <w:t>Ответ: _________________________________________________</w:t>
      </w:r>
    </w:p>
    <w:p>
      <w:pPr>
        <w:pStyle w:val="Heading2"/>
      </w:pPr>
      <w:r>
        <w:t>8. ISR?</w:t>
      </w:r>
    </w:p>
    <w:p>
      <w:r>
        <w:t>Ответ: _________________________________________________</w:t>
      </w:r>
    </w:p>
    <w:p>
      <w:pPr>
        <w:pStyle w:val="Heading2"/>
      </w:pPr>
      <w:r>
        <w:t>9. ADC?</w:t>
      </w:r>
    </w:p>
    <w:p>
      <w:r>
        <w:t>Ответ: _________________________________________________</w:t>
      </w:r>
    </w:p>
    <w:p>
      <w:pPr>
        <w:pStyle w:val="Heading2"/>
      </w:pPr>
      <w:r>
        <w:t>10. SPI?</w:t>
      </w:r>
    </w:p>
    <w:p>
      <w:r>
        <w:t>Ответ: _________________________________________________</w:t>
      </w:r>
    </w:p>
    <w:p>
      <w:pPr>
        <w:pStyle w:val="Heading2"/>
      </w:pPr>
      <w:r>
        <w:t>11. USART?</w:t>
      </w:r>
    </w:p>
    <w:p>
      <w:r>
        <w:t>Ответ: _________________________________________________</w:t>
      </w:r>
    </w:p>
    <w:p>
      <w:pPr>
        <w:pStyle w:val="Heading2"/>
      </w:pPr>
      <w:r>
        <w:t>12. SREG?</w:t>
      </w:r>
    </w:p>
    <w:p>
      <w:r>
        <w:t>Ответ: _________________________________________________</w:t>
      </w:r>
    </w:p>
    <w:p>
      <w:pPr>
        <w:pStyle w:val="Heading2"/>
      </w:pPr>
      <w:r>
        <w:t>13. main()?</w:t>
      </w:r>
    </w:p>
    <w:p>
      <w:r>
        <w:t>Ответ: _________________________________________________</w:t>
      </w:r>
    </w:p>
    <w:p>
      <w:pPr>
        <w:pStyle w:val="Heading2"/>
      </w:pPr>
      <w:r>
        <w:t>14. while(1)?</w:t>
      </w:r>
    </w:p>
    <w:p>
      <w:r>
        <w:t>Ответ: _________________________________________________</w:t>
      </w:r>
    </w:p>
    <w:p>
      <w:pPr>
        <w:pStyle w:val="Heading2"/>
      </w:pPr>
      <w:r>
        <w:t>15. Первичная диагностика?</w:t>
      </w:r>
    </w:p>
    <w:p>
      <w:r>
        <w:t>Ответ: _________________________________________________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Flash: хранит программу.</w:t>
      </w:r>
    </w:p>
    <w:p>
      <w:r>
        <w:t>2. SRAM: используется для оперативных данных и стека.</w:t>
      </w:r>
    </w:p>
    <w:p>
      <w:r>
        <w:t>3. EEPROM: сохраняет данные без питания.</w:t>
      </w:r>
    </w:p>
    <w:p>
      <w:r>
        <w:t>4. DDRx: задаёт направление линий.</w:t>
      </w:r>
    </w:p>
    <w:p>
      <w:r>
        <w:t>5. PINx: читает состояние входа.</w:t>
      </w:r>
    </w:p>
    <w:p>
      <w:r>
        <w:t>6. T1: 16-битный таймер.</w:t>
      </w:r>
    </w:p>
    <w:p>
      <w:r>
        <w:t>7. Watchdog: перезапускает систему при зависании.</w:t>
      </w:r>
    </w:p>
    <w:p>
      <w:r>
        <w:t>8. ISR: обработчик прерывания.</w:t>
      </w:r>
    </w:p>
    <w:p>
      <w:r>
        <w:t>9. ADC: 10 бит.</w:t>
      </w:r>
    </w:p>
    <w:p>
      <w:r>
        <w:t>10. SPI: синхронный последовательный интерфейс.</w:t>
      </w:r>
    </w:p>
    <w:p>
      <w:r>
        <w:t>11. USART: может работать синхронно и асинхронно.</w:t>
      </w:r>
    </w:p>
    <w:p>
      <w:r>
        <w:t>12. SREG: содержит флаги состояния.</w:t>
      </w:r>
    </w:p>
    <w:p>
      <w:r>
        <w:t>13. main(): главная функция.</w:t>
      </w:r>
    </w:p>
    <w:p>
      <w:r>
        <w:t>14. while(1): бесконечный рабочий цикл.</w:t>
      </w:r>
    </w:p>
    <w:p>
      <w:r>
        <w:t>15. Первичная диагностика: питание, RESET и тактирование.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