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Карточки производственных ситуаций и контрольных точек</w:t>
        <w:br/>
        <w:t>Тема 1.2. Юстировка и техническое обслуживание уникальных, опытных и экспериментальных контрольно-измерительных приборов</w:t>
      </w:r>
    </w:p>
    <w:p>
      <w:pPr>
        <w:jc w:val="center"/>
      </w:pPr>
      <w:r>
        <w:rPr>
          <w:b/>
        </w:rPr>
        <w:t>МДК.01.01 · Слесарь по КИПиА 6-го разряда</w:t>
      </w:r>
    </w:p>
    <w:p>
      <w:pPr>
        <w:jc w:val="center"/>
      </w:pPr>
      <w:r>
        <w:rPr>
          <w:i/>
        </w:rPr>
        <w:t>Основа: КУПД от 21.04.2026 № УПД-15, раздел по МДК.01.01 для 6-го разряда.</w:t>
      </w:r>
    </w:p>
    <w:p/>
    <w:p>
      <w:pPr>
        <w:pStyle w:val="Heading2"/>
      </w:pPr>
      <w:r>
        <w:t>Карточка 1. Ошибка после коррекции нуля</w:t>
      </w:r>
    </w:p>
    <w:p>
      <w:r>
        <w:t>Ситуация: После коррекции нуля: 0 % = 4,00 мА; 50 % = 11,62 мА; 100 % = 19,20 мА.</w:t>
      </w:r>
    </w:p>
    <w:p>
      <w:r>
        <w:t>Задание: Какой вид отклонения остаётся? Какие точки нужно проверить дальше?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2. Уставка сигнализации</w:t>
      </w:r>
    </w:p>
    <w:p>
      <w:r>
        <w:t>Ситуация: Заданная уставка 70 °C. Срабатывание при 74,6 °C. Возврат при 67 °C.</w:t>
      </w:r>
    </w:p>
    <w:p>
      <w:r>
        <w:t>Задание: Определите отклонение срабатывания и гистерезис.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3. Локальный перегрев</w:t>
      </w:r>
    </w:p>
    <w:p>
      <w:r>
        <w:t>Ситуация: Промышленный пирометр показывает локальный перегрев одной клеммы.</w:t>
      </w:r>
    </w:p>
    <w:p>
      <w:r>
        <w:t>Задание: Какое направление диагностики выбрать первым?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4. Герметичность</w:t>
      </w:r>
    </w:p>
    <w:p>
      <w:r>
        <w:t>Ситуация: Показания нестабильны. На резьбовом соединении есть следы рабочей среды.</w:t>
      </w:r>
    </w:p>
    <w:p>
      <w:r>
        <w:t>Задание: Как нарушение герметичности влияет на измерение?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5. Сигнализация</w:t>
      </w:r>
    </w:p>
    <w:p>
      <w:r>
        <w:t>Ситуация: После ТО измерительный канал работает правильно, но аварийное реле не переключается.</w:t>
      </w:r>
    </w:p>
    <w:p>
      <w:r>
        <w:t>Задание: Можно ли считать обслуживание завершённым?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6. Осушитель</w:t>
      </w:r>
    </w:p>
    <w:p>
      <w:r>
        <w:t>Ситуация: В корпусе прибора повышенная влажность; состояние реагента осушителя вызывает сомнение.</w:t>
      </w:r>
    </w:p>
    <w:p>
      <w:r>
        <w:t>Задание: Какие действия допустимы только по документации конкретного прибора?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7. Изоляция</w:t>
      </w:r>
    </w:p>
    <w:p>
      <w:r>
        <w:t>Ситуация: На кабеле обнаружено повреждение наружного слоя изоляции.</w:t>
      </w:r>
    </w:p>
    <w:p>
      <w:r>
        <w:t>Задание: Какие проверки нужны перед решением о восстановлении или замене?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8. Балансировка</w:t>
      </w:r>
    </w:p>
    <w:p>
      <w:r>
        <w:t>Ситуация: После ремонта стрелочный механизм имеет дрожание показаний и зависимость от положения прибора.</w:t>
      </w:r>
    </w:p>
    <w:p>
      <w:r>
        <w:t>Задание: Какую проверку/балансировку следует рассмотреть?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9. Целостность цепи</w:t>
      </w:r>
    </w:p>
    <w:p>
      <w:r>
        <w:t>Ситуация: Визуальных дефектов нет, но измерительный канал периодически пропадает.</w:t>
      </w:r>
    </w:p>
    <w:p>
      <w:r>
        <w:t>Задание: Как организовать проверку целостности и сопротивления цепи?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2"/>
      </w:pPr>
      <w:r>
        <w:t>Карточка 10. Дроссель/редукционный узел</w:t>
      </w:r>
    </w:p>
    <w:p>
      <w:r>
        <w:t>Ситуация: Прибор реагирует медленно, электрического дефекта не выявлено, есть загрязнение пневматического узла.</w:t>
      </w:r>
    </w:p>
    <w:p>
      <w:r>
        <w:t>Задание: Какие элементы следует проверить?</w:t>
      </w:r>
    </w:p>
    <w:p>
      <w:r>
        <w:t>Ответ / решение: _________________________________________________________________</w:t>
      </w:r>
    </w:p>
    <w:p>
      <w:r>
        <w:t>_______________________________________________________________________________________________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МДК.01.01 · 6-й разряд · Тема 1.2 ·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КИПиА ЯМАЛ · Учебно-методический комплект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 w:eastAsia="Liberation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ans" w:hAnsi="Liberation Sans" w:eastAsia="Liberation Sans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